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226E0" w:rsidRPr="00F56C51" w:rsidRDefault="00000000" w:rsidP="00F56C51">
      <w:pPr>
        <w:jc w:val="center"/>
        <w:rPr>
          <w:b/>
          <w:bCs/>
          <w:sz w:val="24"/>
          <w:szCs w:val="24"/>
        </w:rPr>
      </w:pPr>
      <w:r w:rsidRPr="00F56C51">
        <w:rPr>
          <w:b/>
          <w:bCs/>
          <w:sz w:val="24"/>
          <w:szCs w:val="24"/>
        </w:rPr>
        <w:t>PROFIL MASJID</w:t>
      </w:r>
    </w:p>
    <w:p w:rsidR="009226E0" w:rsidRDefault="009226E0"/>
    <w:p w:rsidR="009226E0" w:rsidRPr="00F56C51" w:rsidRDefault="00000000" w:rsidP="00F56C51">
      <w:pPr>
        <w:tabs>
          <w:tab w:val="right" w:pos="2835"/>
        </w:tabs>
        <w:jc w:val="both"/>
        <w:rPr>
          <w:sz w:val="24"/>
          <w:szCs w:val="24"/>
        </w:rPr>
      </w:pPr>
      <w:r w:rsidRPr="00F56C51">
        <w:rPr>
          <w:sz w:val="24"/>
          <w:szCs w:val="24"/>
        </w:rPr>
        <w:t>1. Nama Masjid/</w:t>
      </w:r>
      <w:proofErr w:type="spellStart"/>
      <w:r w:rsidRPr="00F56C51">
        <w:rPr>
          <w:sz w:val="24"/>
          <w:szCs w:val="24"/>
        </w:rPr>
        <w:t>Musholla</w:t>
      </w:r>
      <w:proofErr w:type="spellEnd"/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  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  <w:u w:val="dotted"/>
        </w:rPr>
        <w:t xml:space="preserve">      </w:t>
      </w:r>
      <w:r w:rsidR="00F56C51" w:rsidRPr="00F56C51">
        <w:rPr>
          <w:sz w:val="24"/>
          <w:szCs w:val="24"/>
          <w:u w:val="dotted"/>
        </w:rPr>
        <w:tab/>
      </w:r>
    </w:p>
    <w:p w:rsidR="00F56C51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2. Alamat </w:t>
      </w:r>
      <w:proofErr w:type="spellStart"/>
      <w:r w:rsidRPr="00F56C51">
        <w:rPr>
          <w:sz w:val="24"/>
          <w:szCs w:val="24"/>
        </w:rPr>
        <w:t>Lengkap</w:t>
      </w:r>
      <w:proofErr w:type="spellEnd"/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 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</w:rPr>
        <w:t xml:space="preserve">        </w:t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>3. Desa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</w:t>
      </w:r>
      <w:r w:rsidR="00F56C51" w:rsidRPr="00F56C51">
        <w:rPr>
          <w:sz w:val="24"/>
          <w:szCs w:val="24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</w:rPr>
        <w:t xml:space="preserve">                </w:t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4. Kecamatan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 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</w:rPr>
        <w:t xml:space="preserve">              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</w:p>
    <w:p w:rsidR="00F56C51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5. Kabupaten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 xml:space="preserve">: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</w:rPr>
        <w:t xml:space="preserve">                    </w:t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>6. Status Tana</w:t>
      </w:r>
      <w:r w:rsidR="00F56C51" w:rsidRPr="00F56C51">
        <w:rPr>
          <w:sz w:val="24"/>
          <w:szCs w:val="24"/>
        </w:rPr>
        <w:t>h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 xml:space="preserve">: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</w:rPr>
        <w:tab/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7. Luas Tanah (m²)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="00F56C51" w:rsidRPr="00F56C51">
        <w:rPr>
          <w:sz w:val="24"/>
          <w:szCs w:val="24"/>
          <w:u w:val="dotted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</w:rPr>
        <w:t xml:space="preserve">              </w:t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8. Tahun Berdiri  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</w:rPr>
        <w:t xml:space="preserve">             </w:t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9. Jumlah Jamaah ±              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="00F56C51" w:rsidRPr="00F56C51">
        <w:rPr>
          <w:sz w:val="24"/>
          <w:szCs w:val="24"/>
          <w:u w:val="dotted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10. Nomor Telepon/HP        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11. Titik Koordinat / Link </w:t>
      </w:r>
      <w:proofErr w:type="gramStart"/>
      <w:r w:rsidRPr="00F56C51">
        <w:rPr>
          <w:sz w:val="24"/>
          <w:szCs w:val="24"/>
        </w:rPr>
        <w:t xml:space="preserve">Maps  </w:t>
      </w:r>
      <w:r w:rsidR="00F56C51" w:rsidRPr="00F56C51">
        <w:rPr>
          <w:sz w:val="24"/>
          <w:szCs w:val="24"/>
        </w:rPr>
        <w:tab/>
      </w:r>
      <w:proofErr w:type="gramEnd"/>
      <w:r w:rsidR="00F56C51" w:rsidRPr="00F56C51">
        <w:rPr>
          <w:sz w:val="24"/>
          <w:szCs w:val="24"/>
        </w:rPr>
        <w:t>:</w:t>
      </w:r>
      <w:r w:rsidR="00F56C51" w:rsidRPr="00F56C51">
        <w:rPr>
          <w:sz w:val="24"/>
          <w:szCs w:val="24"/>
          <w:u w:val="dotted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</w:p>
    <w:p w:rsidR="009226E0" w:rsidRPr="00F56C51" w:rsidRDefault="009226E0" w:rsidP="00F56C51">
      <w:pPr>
        <w:tabs>
          <w:tab w:val="right" w:pos="2835"/>
        </w:tabs>
        <w:rPr>
          <w:sz w:val="24"/>
          <w:szCs w:val="24"/>
        </w:rPr>
      </w:pP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>STRUKTUR PENGURUS</w:t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Ketua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  <w:r w:rsidRPr="00F56C51">
        <w:rPr>
          <w:sz w:val="24"/>
          <w:szCs w:val="24"/>
        </w:rPr>
        <w:t xml:space="preserve">    </w:t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Sekretaris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="00F56C51" w:rsidRPr="00F56C51">
        <w:rPr>
          <w:sz w:val="24"/>
          <w:szCs w:val="24"/>
          <w:u w:val="dotted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</w:p>
    <w:p w:rsidR="009226E0" w:rsidRPr="00F56C51" w:rsidRDefault="00000000" w:rsidP="00F56C51">
      <w:pPr>
        <w:tabs>
          <w:tab w:val="right" w:pos="2835"/>
        </w:tabs>
        <w:rPr>
          <w:sz w:val="24"/>
          <w:szCs w:val="24"/>
        </w:rPr>
      </w:pPr>
      <w:r w:rsidRPr="00F56C51">
        <w:rPr>
          <w:sz w:val="24"/>
          <w:szCs w:val="24"/>
        </w:rPr>
        <w:t xml:space="preserve">Bendahara </w:t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</w:r>
      <w:r w:rsidR="00F56C51" w:rsidRPr="00F56C51">
        <w:rPr>
          <w:sz w:val="24"/>
          <w:szCs w:val="24"/>
        </w:rPr>
        <w:tab/>
        <w:t>:</w:t>
      </w:r>
      <w:r w:rsidRPr="00F56C51">
        <w:rPr>
          <w:sz w:val="24"/>
          <w:szCs w:val="24"/>
        </w:rPr>
        <w:t xml:space="preserve"> </w:t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</w:r>
      <w:r w:rsidR="00F56C51" w:rsidRPr="00F56C51">
        <w:rPr>
          <w:sz w:val="24"/>
          <w:szCs w:val="24"/>
          <w:u w:val="dotted"/>
        </w:rPr>
        <w:tab/>
        <w:t xml:space="preserve">      </w:t>
      </w:r>
      <w:r w:rsidR="00F56C51" w:rsidRPr="00F56C51">
        <w:rPr>
          <w:sz w:val="24"/>
          <w:szCs w:val="24"/>
          <w:u w:val="dotted"/>
        </w:rPr>
        <w:tab/>
      </w:r>
    </w:p>
    <w:p w:rsidR="009226E0" w:rsidRPr="00F56C51" w:rsidRDefault="009226E0">
      <w:pPr>
        <w:rPr>
          <w:sz w:val="24"/>
          <w:szCs w:val="24"/>
        </w:rPr>
      </w:pPr>
    </w:p>
    <w:p w:rsidR="009226E0" w:rsidRPr="00F56C51" w:rsidRDefault="00000000" w:rsidP="00F56C51">
      <w:pPr>
        <w:ind w:firstLine="5812"/>
        <w:rPr>
          <w:sz w:val="24"/>
          <w:szCs w:val="24"/>
        </w:rPr>
      </w:pPr>
      <w:r w:rsidRPr="00F56C51">
        <w:rPr>
          <w:sz w:val="24"/>
          <w:szCs w:val="24"/>
        </w:rPr>
        <w:t>Karangpawitan, ......................... 20....</w:t>
      </w:r>
    </w:p>
    <w:p w:rsidR="009226E0" w:rsidRPr="00F56C51" w:rsidRDefault="00000000" w:rsidP="00F56C51">
      <w:pPr>
        <w:ind w:firstLine="5812"/>
        <w:rPr>
          <w:sz w:val="24"/>
          <w:szCs w:val="24"/>
        </w:rPr>
      </w:pPr>
      <w:r w:rsidRPr="00F56C51">
        <w:rPr>
          <w:sz w:val="24"/>
          <w:szCs w:val="24"/>
        </w:rPr>
        <w:t>Ketua DKM / Takmir</w:t>
      </w:r>
    </w:p>
    <w:p w:rsidR="009226E0" w:rsidRPr="00F56C51" w:rsidRDefault="009226E0" w:rsidP="00F56C51">
      <w:pPr>
        <w:ind w:firstLine="5812"/>
        <w:rPr>
          <w:sz w:val="24"/>
          <w:szCs w:val="24"/>
        </w:rPr>
      </w:pPr>
    </w:p>
    <w:p w:rsidR="009226E0" w:rsidRPr="00F56C51" w:rsidRDefault="009226E0" w:rsidP="00F56C51">
      <w:pPr>
        <w:ind w:firstLine="5812"/>
        <w:rPr>
          <w:sz w:val="24"/>
          <w:szCs w:val="24"/>
        </w:rPr>
      </w:pPr>
    </w:p>
    <w:p w:rsidR="009226E0" w:rsidRPr="00F56C51" w:rsidRDefault="009226E0" w:rsidP="00F56C51">
      <w:pPr>
        <w:ind w:firstLine="5812"/>
        <w:rPr>
          <w:sz w:val="24"/>
          <w:szCs w:val="24"/>
        </w:rPr>
      </w:pPr>
    </w:p>
    <w:p w:rsidR="009226E0" w:rsidRPr="00F56C51" w:rsidRDefault="00000000" w:rsidP="00F56C51">
      <w:pPr>
        <w:ind w:firstLine="5812"/>
        <w:rPr>
          <w:sz w:val="24"/>
          <w:szCs w:val="24"/>
        </w:rPr>
      </w:pPr>
      <w:r w:rsidRPr="00F56C51">
        <w:rPr>
          <w:sz w:val="24"/>
          <w:szCs w:val="24"/>
        </w:rPr>
        <w:t>(........................................)</w:t>
      </w:r>
    </w:p>
    <w:sectPr w:rsidR="009226E0" w:rsidRPr="00F56C51" w:rsidSect="00F56C51">
      <w:pgSz w:w="12240" w:h="15840"/>
      <w:pgMar w:top="907" w:right="1021" w:bottom="1077" w:left="10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77987421">
    <w:abstractNumId w:val="8"/>
  </w:num>
  <w:num w:numId="2" w16cid:durableId="317997471">
    <w:abstractNumId w:val="6"/>
  </w:num>
  <w:num w:numId="3" w16cid:durableId="1716084028">
    <w:abstractNumId w:val="5"/>
  </w:num>
  <w:num w:numId="4" w16cid:durableId="370611364">
    <w:abstractNumId w:val="4"/>
  </w:num>
  <w:num w:numId="5" w16cid:durableId="1421869368">
    <w:abstractNumId w:val="7"/>
  </w:num>
  <w:num w:numId="6" w16cid:durableId="947809994">
    <w:abstractNumId w:val="3"/>
  </w:num>
  <w:num w:numId="7" w16cid:durableId="55514793">
    <w:abstractNumId w:val="2"/>
  </w:num>
  <w:num w:numId="8" w16cid:durableId="1039935556">
    <w:abstractNumId w:val="1"/>
  </w:num>
  <w:num w:numId="9" w16cid:durableId="1711570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94872"/>
    <w:rsid w:val="009226E0"/>
    <w:rsid w:val="00AA1D8D"/>
    <w:rsid w:val="00B47730"/>
    <w:rsid w:val="00CB0664"/>
    <w:rsid w:val="00F56C5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AAE1E7"/>
  <w14:defaultImageDpi w14:val="300"/>
  <w15:docId w15:val="{958A5B2C-0D71-4BE1-815A-26970152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2</cp:revision>
  <dcterms:created xsi:type="dcterms:W3CDTF">2013-12-23T23:15:00Z</dcterms:created>
  <dcterms:modified xsi:type="dcterms:W3CDTF">2026-02-13T06:38:00Z</dcterms:modified>
  <cp:category/>
</cp:coreProperties>
</file>